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726" w:rsidRDefault="001D3726">
      <w:pPr>
        <w:autoSpaceDE w:val="0"/>
        <w:autoSpaceDN w:val="0"/>
        <w:spacing w:after="78" w:line="220" w:lineRule="exact"/>
      </w:pPr>
    </w:p>
    <w:p w:rsidR="001D3726" w:rsidRPr="00542F0A" w:rsidRDefault="00542F0A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1D3726" w:rsidRPr="00542F0A" w:rsidRDefault="00542F0A">
      <w:pPr>
        <w:autoSpaceDE w:val="0"/>
        <w:autoSpaceDN w:val="0"/>
        <w:spacing w:before="670" w:after="0" w:line="230" w:lineRule="auto"/>
        <w:ind w:left="13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Комитет образования, науки и молодежной политики Волгоградской области</w:t>
      </w:r>
    </w:p>
    <w:p w:rsidR="001D3726" w:rsidRPr="00542F0A" w:rsidRDefault="00542F0A">
      <w:pPr>
        <w:autoSpaceDE w:val="0"/>
        <w:autoSpaceDN w:val="0"/>
        <w:spacing w:before="670" w:after="0" w:line="230" w:lineRule="auto"/>
        <w:ind w:left="117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Администрация Алексеевского муниципального района Волгоградской области</w:t>
      </w:r>
    </w:p>
    <w:p w:rsidR="001D3726" w:rsidRDefault="00542F0A">
      <w:pPr>
        <w:autoSpaceDE w:val="0"/>
        <w:autoSpaceDN w:val="0"/>
        <w:spacing w:before="670" w:after="1376" w:line="230" w:lineRule="auto"/>
        <w:ind w:right="3584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Трёхложинская СШ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960"/>
        <w:gridCol w:w="2920"/>
      </w:tblGrid>
      <w:tr w:rsidR="001D3726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96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48" w:after="0" w:line="230" w:lineRule="auto"/>
              <w:ind w:right="139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48"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1D3726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 учителей</w:t>
            </w:r>
          </w:p>
        </w:tc>
        <w:tc>
          <w:tcPr>
            <w:tcW w:w="396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after="0" w:line="230" w:lineRule="auto"/>
              <w:ind w:right="54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Педагог-организатор по УР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</w:tbl>
    <w:p w:rsidR="001D3726" w:rsidRDefault="001D3726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2"/>
        <w:gridCol w:w="3640"/>
        <w:gridCol w:w="3300"/>
      </w:tblGrid>
      <w:tr w:rsidR="001D3726">
        <w:trPr>
          <w:trHeight w:hRule="exact" w:val="362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______________Ловягина Т.В.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0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______________Плотникова В.И.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______________Смирнова Н.В.</w:t>
            </w:r>
          </w:p>
        </w:tc>
      </w:tr>
      <w:tr w:rsidR="001D3726">
        <w:trPr>
          <w:trHeight w:hRule="exact" w:val="42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6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6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№46</w:t>
            </w:r>
          </w:p>
        </w:tc>
      </w:tr>
      <w:tr w:rsidR="001D3726">
        <w:trPr>
          <w:trHeight w:hRule="exact" w:val="38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082022 г.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4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08  2022 г.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4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082022 г.</w:t>
            </w:r>
          </w:p>
        </w:tc>
      </w:tr>
    </w:tbl>
    <w:p w:rsidR="001D3726" w:rsidRDefault="00542F0A">
      <w:pPr>
        <w:autoSpaceDE w:val="0"/>
        <w:autoSpaceDN w:val="0"/>
        <w:spacing w:before="978" w:after="0" w:line="230" w:lineRule="auto"/>
        <w:ind w:right="364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1D3726" w:rsidRDefault="00542F0A">
      <w:pPr>
        <w:autoSpaceDE w:val="0"/>
        <w:autoSpaceDN w:val="0"/>
        <w:spacing w:before="70" w:after="0" w:line="230" w:lineRule="auto"/>
        <w:ind w:right="441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2250774)</w:t>
      </w:r>
    </w:p>
    <w:p w:rsidR="001D3726" w:rsidRDefault="00542F0A">
      <w:pPr>
        <w:autoSpaceDE w:val="0"/>
        <w:autoSpaceDN w:val="0"/>
        <w:spacing w:before="166" w:after="0" w:line="230" w:lineRule="auto"/>
        <w:ind w:right="4016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1D3726" w:rsidRDefault="00542F0A">
      <w:pPr>
        <w:autoSpaceDE w:val="0"/>
        <w:autoSpaceDN w:val="0"/>
        <w:spacing w:before="70" w:after="0" w:line="230" w:lineRule="auto"/>
        <w:ind w:right="4076"/>
        <w:jc w:val="right"/>
      </w:pPr>
      <w:r>
        <w:rPr>
          <w:rFonts w:ascii="Times New Roman" w:eastAsia="Times New Roman" w:hAnsi="Times New Roman"/>
          <w:color w:val="000000"/>
          <w:sz w:val="24"/>
        </w:rPr>
        <w:t>«Немецкий язык»</w:t>
      </w:r>
    </w:p>
    <w:p w:rsidR="001D3726" w:rsidRDefault="00542F0A">
      <w:pPr>
        <w:autoSpaceDE w:val="0"/>
        <w:autoSpaceDN w:val="0"/>
        <w:spacing w:before="670" w:after="0" w:line="230" w:lineRule="auto"/>
        <w:ind w:right="2676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4 класса начального общего образования</w:t>
      </w:r>
    </w:p>
    <w:p w:rsidR="001D3726" w:rsidRDefault="00542F0A">
      <w:pPr>
        <w:autoSpaceDE w:val="0"/>
        <w:autoSpaceDN w:val="0"/>
        <w:spacing w:before="70" w:after="0" w:line="230" w:lineRule="auto"/>
        <w:ind w:right="3614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1D3726" w:rsidRDefault="00542F0A">
      <w:pPr>
        <w:autoSpaceDE w:val="0"/>
        <w:autoSpaceDN w:val="0"/>
        <w:spacing w:before="2112" w:after="0" w:line="230" w:lineRule="auto"/>
        <w:ind w:right="28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Колесова Елена Николаевна</w:t>
      </w:r>
    </w:p>
    <w:p w:rsidR="001D3726" w:rsidRDefault="00542F0A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немецкого языка</w:t>
      </w:r>
    </w:p>
    <w:p w:rsidR="001D3726" w:rsidRDefault="00542F0A">
      <w:pPr>
        <w:autoSpaceDE w:val="0"/>
        <w:autoSpaceDN w:val="0"/>
        <w:spacing w:before="2830" w:after="0" w:line="230" w:lineRule="auto"/>
        <w:ind w:right="3930"/>
        <w:jc w:val="right"/>
      </w:pPr>
      <w:r>
        <w:rPr>
          <w:rFonts w:ascii="Times New Roman" w:eastAsia="Times New Roman" w:hAnsi="Times New Roman"/>
          <w:color w:val="000000"/>
          <w:sz w:val="24"/>
        </w:rPr>
        <w:t>Трёхложинский 2022</w:t>
      </w:r>
    </w:p>
    <w:p w:rsidR="001D3726" w:rsidRDefault="001D3726">
      <w:pPr>
        <w:sectPr w:rsidR="001D3726">
          <w:pgSz w:w="11900" w:h="16840"/>
          <w:pgMar w:top="298" w:right="876" w:bottom="296" w:left="738" w:header="720" w:footer="720" w:gutter="0"/>
          <w:cols w:space="720" w:equalWidth="0">
            <w:col w:w="10286" w:space="0"/>
          </w:cols>
          <w:docGrid w:linePitch="360"/>
        </w:sectPr>
      </w:pPr>
    </w:p>
    <w:p w:rsidR="001D3726" w:rsidRDefault="001D3726">
      <w:pPr>
        <w:sectPr w:rsidR="001D3726">
          <w:pgSz w:w="11900" w:h="16840"/>
          <w:pgMar w:top="1440" w:right="1440" w:bottom="1440" w:left="1440" w:header="720" w:footer="720" w:gutter="0"/>
          <w:cols w:space="720" w:equalWidth="0">
            <w:col w:w="10286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78" w:line="220" w:lineRule="exact"/>
      </w:pPr>
    </w:p>
    <w:p w:rsidR="001D3726" w:rsidRDefault="00542F0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1D3726" w:rsidRPr="00542F0A" w:rsidRDefault="00542F0A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немецкому языку 4 класс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основной образовательной программы начального общего образования и Универсального кодификатора проверяемых требований к результатам освоения основной образовательной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программы начального общего образования и элементов содержания по немецкому языку</w:t>
      </w:r>
    </w:p>
    <w:p w:rsidR="001D3726" w:rsidRPr="00542F0A" w:rsidRDefault="00542F0A">
      <w:pPr>
        <w:autoSpaceDE w:val="0"/>
        <w:autoSpaceDN w:val="0"/>
        <w:spacing w:before="262" w:after="0" w:line="262" w:lineRule="auto"/>
        <w:ind w:right="432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(НЕМЕЦКИЙ) ЯЗЫК»</w:t>
      </w:r>
    </w:p>
    <w:p w:rsidR="001D3726" w:rsidRPr="00542F0A" w:rsidRDefault="00542F0A">
      <w:pPr>
        <w:autoSpaceDE w:val="0"/>
        <w:autoSpaceDN w:val="0"/>
        <w:spacing w:before="168" w:after="0" w:line="281" w:lineRule="auto"/>
        <w:ind w:right="432"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ответственность данному этапу общего образования. Построение программы имеет нелинейный характер и основано на концентрическом принципе. В процессе обучения освоенные на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1D3726" w:rsidRPr="00542F0A" w:rsidRDefault="00542F0A">
      <w:pPr>
        <w:autoSpaceDE w:val="0"/>
        <w:autoSpaceDN w:val="0"/>
        <w:spacing w:before="262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(НЕМЕЦКИЙ) ЯЗЫК»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66" w:after="0" w:line="262" w:lineRule="auto"/>
        <w:ind w:right="1584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Цели обучения иностранному языку в начальной школе можно условно разделить на образовательные, развивающие, воспитывающие.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Образовательные цели учебного предмета «Иностранный (немецкий) язык» в начальной школе включают:</w:t>
      </w:r>
    </w:p>
    <w:p w:rsidR="001D3726" w:rsidRPr="00542F0A" w:rsidRDefault="00542F0A">
      <w:pPr>
        <w:autoSpaceDE w:val="0"/>
        <w:autoSpaceDN w:val="0"/>
        <w:spacing w:before="178" w:after="0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 </w:t>
      </w:r>
    </w:p>
    <w:p w:rsidR="001D3726" w:rsidRPr="00542F0A" w:rsidRDefault="00542F0A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расширение лингвистического кругозора обучающихся за счёт: овладения новыми языковыми средствами (фонетическими, орфографическими, лексическими, грамматическими) в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</w:t>
      </w:r>
    </w:p>
    <w:p w:rsidR="001D3726" w:rsidRPr="00542F0A" w:rsidRDefault="00542F0A">
      <w:pPr>
        <w:autoSpaceDE w:val="0"/>
        <w:autoSpaceDN w:val="0"/>
        <w:spacing w:before="192" w:after="0" w:line="262" w:lineRule="auto"/>
        <w:ind w:left="420" w:right="432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знаний о языковых явлениях изучаемого иностранного языка, о разных способах выражения мысли на родном и иностранном языках; </w:t>
      </w:r>
    </w:p>
    <w:p w:rsidR="001D3726" w:rsidRPr="00542F0A" w:rsidRDefault="00542F0A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использование для решения учебных задач интеллектуальных операций (сравнение, анализ, обобщение и др.); </w:t>
      </w:r>
    </w:p>
    <w:p w:rsidR="001D3726" w:rsidRPr="00542F0A" w:rsidRDefault="00542F0A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78" w:after="0" w:line="262" w:lineRule="auto"/>
        <w:ind w:right="576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Развивающие цели учебного предмета «Иностранный (немецкий) язык» в начальной школе включают:</w:t>
      </w:r>
    </w:p>
    <w:p w:rsidR="001D3726" w:rsidRPr="00542F0A" w:rsidRDefault="00542F0A">
      <w:pPr>
        <w:autoSpaceDE w:val="0"/>
        <w:autoSpaceDN w:val="0"/>
        <w:spacing w:before="178" w:after="0" w:line="271" w:lineRule="auto"/>
        <w:ind w:left="420" w:right="1296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младшими школьниками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коммуникативной культуры обучающихся и их общего речевого развития; 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98" w:right="650" w:bottom="48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108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компенсаторной способности адаптироваться к ситуациям общения при получении и передаче информации в условиях дефицита языковых средств; 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регулятивных действий: планирование последовательных «шагов» для решения учебной задачи;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контроль процесса и результата своей деятельности;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установление причины возникшей трудности и/или ошибки, корректировка деятельности; 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1D3726" w:rsidRPr="00542F0A" w:rsidRDefault="00542F0A">
      <w:pPr>
        <w:autoSpaceDE w:val="0"/>
        <w:autoSpaceDN w:val="0"/>
        <w:spacing w:before="180" w:after="0" w:line="281" w:lineRule="auto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</w:t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гражданской идентичности, чувства патриотизма и гордости з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а свой народ, свой край, свою страну, помочь лучше осознать свою этническую и национальную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Вклад предмета «Иностранный (немецкий) язык» в реализацию воспитательных целей обеспечивает:</w:t>
      </w:r>
    </w:p>
    <w:p w:rsidR="001D3726" w:rsidRPr="00542F0A" w:rsidRDefault="00542F0A">
      <w:pPr>
        <w:autoSpaceDE w:val="0"/>
        <w:autoSpaceDN w:val="0"/>
        <w:spacing w:before="178" w:after="0" w:line="262" w:lineRule="auto"/>
        <w:ind w:left="420" w:right="86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понимание необходимости овладения иностранным  языком как средством общения в условиях взаимодействия разных стран и народов;</w:t>
      </w:r>
    </w:p>
    <w:p w:rsidR="001D3726" w:rsidRPr="00542F0A" w:rsidRDefault="00542F0A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1D3726" w:rsidRPr="00542F0A" w:rsidRDefault="00542F0A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воспитание   эмоционального    и    познавательного    интереса к художественной культуре других народов;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1D3726" w:rsidRPr="00542F0A" w:rsidRDefault="00542F0A">
      <w:pPr>
        <w:autoSpaceDE w:val="0"/>
        <w:autoSpaceDN w:val="0"/>
        <w:spacing w:before="324" w:after="0" w:line="262" w:lineRule="auto"/>
        <w:ind w:right="432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«ИНОСТРАННЫЙ (НЕМЕЦКИЙ) ЯЗЫК» В УЧЕБНОМ ПЛАНЕ</w:t>
      </w:r>
    </w:p>
    <w:p w:rsidR="001D3726" w:rsidRPr="00542F0A" w:rsidRDefault="00542F0A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«Иностранный (немецкий)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в 4 классе выделяется — 68 часов в год на изучение немецкого языка по 2 часа в неделю.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328" w:right="652" w:bottom="1440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78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1D3726" w:rsidRPr="00542F0A" w:rsidRDefault="00542F0A">
      <w:pPr>
        <w:autoSpaceDE w:val="0"/>
        <w:autoSpaceDN w:val="0"/>
        <w:spacing w:before="346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содержание речи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моего «я».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моих увлечений.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Любимая игрушка, игра. Любимый цвет. Мой питомец. Любимые занятия. Любимая сказка. Выходной день (в цирке, в зоопарке, парке). Каникулы.</w:t>
      </w:r>
    </w:p>
    <w:p w:rsidR="001D3726" w:rsidRPr="00542F0A" w:rsidRDefault="00542F0A">
      <w:pPr>
        <w:autoSpaceDE w:val="0"/>
        <w:autoSpaceDN w:val="0"/>
        <w:spacing w:before="70" w:after="0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>Мир вокруг меня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. Моя комната (квартира, дом), предметы мебели и интерьера. Моя школа, любимые учебные предметы. Мои друзья. Моя малая родина (город, село). Путешествия. Дикие и домашние животные. Погода. Времена года (месяцы). Покупки (одежда, обувь, книги, основные продукты питания).</w:t>
      </w:r>
    </w:p>
    <w:p w:rsidR="001D3726" w:rsidRPr="00542F0A" w:rsidRDefault="00542F0A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Родная страна и страны изучаемого языка.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Россия и страна/страны изучаемого языка. Их столицы, достопримечательности и некоторые интересные факты. Произведения детского фольклора. Персонажи детских книг. Праздники родной страны и страны/стран изучаемого языка.</w:t>
      </w:r>
    </w:p>
    <w:p w:rsidR="001D3726" w:rsidRPr="00542F0A" w:rsidRDefault="00542F0A">
      <w:pPr>
        <w:autoSpaceDE w:val="0"/>
        <w:autoSpaceDN w:val="0"/>
        <w:spacing w:before="262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1D3726" w:rsidRPr="00542F0A" w:rsidRDefault="00542F0A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Говорение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Ведение с опорой на речевые ситуации, ключевые слова и/или иллюстрации с соблюдением норм речевого этикета, принятых в стране/странах изучаемого языка: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диалога этикетного характера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диалога-побуждения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диалога-расспроса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: сообщение фактической информации, ответы на вопросы собеседника; запрашивание интересующей информации;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</w:p>
    <w:p w:rsidR="001D3726" w:rsidRPr="00542F0A" w:rsidRDefault="00542F0A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с опорой на ключевые слова, вопросы и/или иллюстрации устных монологических высказываний: </w:t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описание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предмета, внешности и одежды, черт характера реального человека или литературного персонажа; </w:t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рассказ/сообщение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(повествование) с опорой на ключевые слова, вопросы и/или иллюстрации.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1D3726" w:rsidRPr="00542F0A" w:rsidRDefault="00542F0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Краткое устное изложение результатов выполненного несложного проектного задания.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90" w:after="0" w:line="271" w:lineRule="auto"/>
        <w:ind w:right="1008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Аудирование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1D3726" w:rsidRPr="00542F0A" w:rsidRDefault="00542F0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Восприятие и понимание на слух учебных и адаптированных аутентичных текстов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1D3726" w:rsidRPr="00542F0A" w:rsidRDefault="00542F0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</w:t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основного содержания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текста предполагает умение определять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66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1D3726" w:rsidRPr="00542F0A" w:rsidRDefault="00542F0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</w:t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запрашиваемой информации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предполагает умение выделять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Смысловое чтение</w:t>
      </w:r>
    </w:p>
    <w:p w:rsidR="001D3726" w:rsidRPr="00542F0A" w:rsidRDefault="00542F0A">
      <w:pPr>
        <w:autoSpaceDE w:val="0"/>
        <w:autoSpaceDN w:val="0"/>
        <w:spacing w:before="190" w:after="0" w:line="271" w:lineRule="auto"/>
        <w:ind w:right="576" w:firstLine="180"/>
        <w:rPr>
          <w:lang w:val="ru-RU"/>
        </w:rPr>
      </w:pP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Чтение вслух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и понимание учебных и адаптированных аутентичных текстов, построенных на изученном языковом материале, с соблюдением правил чтения и соответствующей интонацией, обеспечивая тем самым адекватное восприятие читаемого слушателями.</w:t>
      </w:r>
    </w:p>
    <w:p w:rsidR="001D3726" w:rsidRPr="00542F0A" w:rsidRDefault="00542F0A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диалог, рассказ, сказка.</w:t>
      </w:r>
    </w:p>
    <w:p w:rsidR="001D3726" w:rsidRPr="00542F0A" w:rsidRDefault="00542F0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 себя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D3726" w:rsidRPr="00542F0A" w:rsidRDefault="00542F0A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основного содержания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 предполагает определение основной темы и главных фактов/событий в прочитанном тексте с опорой и без опоры на иллюстрации, с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использованием языковой, в том числе контекстуальной, догадки.</w:t>
      </w:r>
    </w:p>
    <w:p w:rsidR="001D3726" w:rsidRPr="00542F0A" w:rsidRDefault="00542F0A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запрашиваемой информации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 Прогнозирование содержания текста по заголовку.</w:t>
      </w:r>
    </w:p>
    <w:p w:rsidR="001D3726" w:rsidRPr="00542F0A" w:rsidRDefault="00542F0A">
      <w:pPr>
        <w:autoSpaceDE w:val="0"/>
        <w:autoSpaceDN w:val="0"/>
        <w:spacing w:before="70" w:after="0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Смысловое чтение про себя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учебных и адаптированных аутентичных текстов, содержащие отдельные незнакомые слова, понимание основного содержания (тема, главная мысль, главные факты/события) тексте с опорой и без опоры на иллюстрации и с использованием языковой догадки, в том числе контекстуальной.</w:t>
      </w:r>
    </w:p>
    <w:p w:rsidR="001D3726" w:rsidRPr="00542F0A" w:rsidRDefault="00542F0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Письмо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92" w:after="0" w:line="262" w:lineRule="auto"/>
        <w:ind w:right="1008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Выписывание из текста слов, словосочетаний, предложений; вставка пропущенных слов в предложение в соответствии с решаемой коммуникативной/учебной задачей.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Написание с опорой на образец поздравлений с праздниками (с Новым годом, Рождеством, днём рождения) с выражением пожеланий.</w:t>
      </w:r>
    </w:p>
    <w:p w:rsidR="001D3726" w:rsidRPr="00542F0A" w:rsidRDefault="00542F0A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Создание подписей к картинкам, фотографиям с пояснением, что на них изображено; написание короткого рассказа по плану/ключевым словам. Написание электронного сообщения личного характера с опорой на образец.</w:t>
      </w:r>
    </w:p>
    <w:p w:rsidR="001D3726" w:rsidRPr="00542F0A" w:rsidRDefault="00542F0A">
      <w:pPr>
        <w:autoSpaceDE w:val="0"/>
        <w:autoSpaceDN w:val="0"/>
        <w:spacing w:before="262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1D3726" w:rsidRPr="00542F0A" w:rsidRDefault="00542F0A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Фонетическая сторона речи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с соблюдением их ритмико-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86" w:right="682" w:bottom="332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66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интонационных особенностей.</w:t>
      </w:r>
    </w:p>
    <w:p w:rsidR="001D3726" w:rsidRPr="00542F0A" w:rsidRDefault="00542F0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Чтение новых слов согласно основным правилам чтения.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Графика, орфография и пунктуация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Правильная расстановка знаков препинания: точки, вопросительного и восклицательного знаков в конце предложения, запятой при перечислении.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Лексическая сторона речи</w:t>
      </w:r>
    </w:p>
    <w:p w:rsidR="001D3726" w:rsidRPr="00542F0A" w:rsidRDefault="00542F0A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единиц.</w:t>
      </w:r>
    </w:p>
    <w:p w:rsidR="001D3726" w:rsidRPr="00542F0A" w:rsidRDefault="00542F0A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образование в устной и письменной речи порядковых числительных при помощи суффиксов -</w:t>
      </w:r>
      <w:r>
        <w:rPr>
          <w:rFonts w:ascii="Times New Roman" w:eastAsia="Times New Roman" w:hAnsi="Times New Roman"/>
          <w:color w:val="000000"/>
          <w:sz w:val="24"/>
        </w:rPr>
        <w:t>te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ste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; родственных слов с использованием основных способов словообразования: аффиксации (суффикс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Arbeiter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Lehrerin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), словосложения (</w:t>
      </w:r>
      <w:r>
        <w:rPr>
          <w:rFonts w:ascii="Times New Roman" w:eastAsia="Times New Roman" w:hAnsi="Times New Roman"/>
          <w:color w:val="000000"/>
          <w:sz w:val="24"/>
        </w:rPr>
        <w:t>Geburtstag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Грамматическая сторона речи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Простые предложения с однородными членами (союз </w:t>
      </w:r>
      <w:r>
        <w:rPr>
          <w:rFonts w:ascii="Times New Roman" w:eastAsia="Times New Roman" w:hAnsi="Times New Roman"/>
          <w:color w:val="000000"/>
          <w:sz w:val="24"/>
        </w:rPr>
        <w:t>oder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). Сложносочинённые предложения с сочинительными союзами </w:t>
      </w:r>
      <w:r>
        <w:rPr>
          <w:rFonts w:ascii="Times New Roman" w:eastAsia="Times New Roman" w:hAnsi="Times New Roman"/>
          <w:color w:val="000000"/>
          <w:sz w:val="24"/>
        </w:rPr>
        <w:t>und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aber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oder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denn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D3726" w:rsidRPr="00542F0A" w:rsidRDefault="00542F0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Модальный глагол </w:t>
      </w:r>
      <w:r>
        <w:rPr>
          <w:rFonts w:ascii="Times New Roman" w:eastAsia="Times New Roman" w:hAnsi="Times New Roman"/>
          <w:color w:val="000000"/>
          <w:sz w:val="24"/>
        </w:rPr>
        <w:t>wollen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 (в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1D3726" w:rsidRPr="00542F0A" w:rsidRDefault="00542F0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Прилагательные в положительной, сравнительной и превосходной степенях сравнения.</w:t>
      </w:r>
    </w:p>
    <w:p w:rsidR="001D3726" w:rsidRPr="00542F0A" w:rsidRDefault="00542F0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Личные местоимения в винительном и дательном падежах (в некоторых речевых образцах).</w:t>
      </w:r>
    </w:p>
    <w:p w:rsidR="001D3726" w:rsidRPr="00542F0A" w:rsidRDefault="00542F0A">
      <w:pPr>
        <w:autoSpaceDE w:val="0"/>
        <w:autoSpaceDN w:val="0"/>
        <w:spacing w:before="70" w:after="0" w:line="262" w:lineRule="auto"/>
        <w:ind w:left="180" w:right="1152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Указательные местоимения </w:t>
      </w:r>
      <w:r>
        <w:rPr>
          <w:rFonts w:ascii="Times New Roman" w:eastAsia="Times New Roman" w:hAnsi="Times New Roman"/>
          <w:color w:val="000000"/>
          <w:sz w:val="24"/>
        </w:rPr>
        <w:t>dieser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dieses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diese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. Количественные числительные (до 100). Порядковые числительные (до 31).</w:t>
      </w:r>
    </w:p>
    <w:p w:rsidR="001D3726" w:rsidRPr="00542F0A" w:rsidRDefault="00542F0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Предлоги </w:t>
      </w:r>
      <w:r>
        <w:rPr>
          <w:rFonts w:ascii="Times New Roman" w:eastAsia="Times New Roman" w:hAnsi="Times New Roman"/>
          <w:color w:val="000000"/>
          <w:sz w:val="24"/>
        </w:rPr>
        <w:t>fur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mit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um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 (в некоторых речевых образцах).</w:t>
      </w:r>
    </w:p>
    <w:p w:rsidR="001D3726" w:rsidRPr="00542F0A" w:rsidRDefault="00542F0A">
      <w:pPr>
        <w:autoSpaceDE w:val="0"/>
        <w:autoSpaceDN w:val="0"/>
        <w:spacing w:before="262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1D3726" w:rsidRPr="00542F0A" w:rsidRDefault="00542F0A">
      <w:pPr>
        <w:autoSpaceDE w:val="0"/>
        <w:autoSpaceDN w:val="0"/>
        <w:spacing w:before="166" w:after="0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Краткое представление своей страны и страны/стран изучаемого языка (названия стран и их столиц, название родного города/села; цвета национальных флагов; основные достопримечательности).</w:t>
      </w:r>
    </w:p>
    <w:p w:rsidR="001D3726" w:rsidRPr="00542F0A" w:rsidRDefault="00542F0A">
      <w:pPr>
        <w:autoSpaceDE w:val="0"/>
        <w:autoSpaceDN w:val="0"/>
        <w:spacing w:before="262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1D3726" w:rsidRPr="00542F0A" w:rsidRDefault="00542F0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Прогнозирование содержание текста для чтения на основе заголовка.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86" w:right="724" w:bottom="968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78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1D3726" w:rsidRPr="00542F0A" w:rsidRDefault="00542F0A">
      <w:pPr>
        <w:autoSpaceDE w:val="0"/>
        <w:autoSpaceDN w:val="0"/>
        <w:spacing w:before="346" w:after="0" w:line="271" w:lineRule="auto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иностранного языка в начальной школе у обучающегося будут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1D3726" w:rsidRPr="00542F0A" w:rsidRDefault="00542F0A">
      <w:pPr>
        <w:autoSpaceDE w:val="0"/>
        <w:autoSpaceDN w:val="0"/>
        <w:spacing w:before="262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1D3726" w:rsidRPr="00542F0A" w:rsidRDefault="00542F0A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D3726" w:rsidRPr="00542F0A" w:rsidRDefault="00542F0A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идентичности;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настоящему и будущему своей страны и родного края; уважение к своему и другим народам; </w:t>
      </w:r>
    </w:p>
    <w:p w:rsidR="001D3726" w:rsidRPr="00542F0A" w:rsidRDefault="00542F0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признание индивидуальности каждого человека;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доброжелательности; 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другим людям.</w:t>
      </w:r>
    </w:p>
    <w:p w:rsidR="001D3726" w:rsidRPr="00542F0A" w:rsidRDefault="00542F0A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1D3726" w:rsidRPr="00542F0A" w:rsidRDefault="00542F0A">
      <w:pPr>
        <w:autoSpaceDE w:val="0"/>
        <w:autoSpaceDN w:val="0"/>
        <w:spacing w:before="180" w:after="0" w:line="262" w:lineRule="auto"/>
        <w:ind w:left="420" w:right="288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деятельности.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D3726" w:rsidRPr="00542F0A" w:rsidRDefault="00542F0A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здорового и безопасного (для себя и других людей) образа жизни в окружающей среде (в том числе информационной);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1D3726" w:rsidRPr="00542F0A" w:rsidRDefault="00542F0A">
      <w:pPr>
        <w:autoSpaceDE w:val="0"/>
        <w:autoSpaceDN w:val="0"/>
        <w:spacing w:before="178" w:after="0" w:line="271" w:lineRule="auto"/>
        <w:ind w:left="420" w:right="86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профессиямю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98" w:right="650" w:bottom="4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78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338" w:lineRule="auto"/>
        <w:ind w:left="420" w:right="5328" w:hanging="24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бережное отношение к природе;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1D3726" w:rsidRPr="00542F0A" w:rsidRDefault="00542F0A">
      <w:pPr>
        <w:autoSpaceDE w:val="0"/>
        <w:autoSpaceDN w:val="0"/>
        <w:spacing w:before="178" w:after="0" w:line="326" w:lineRule="auto"/>
        <w:ind w:left="420" w:right="1728" w:hanging="24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первоначальные представления о научной картине мира;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интересы, активность, инициативность, любознательность и самостоятельность в познании.</w:t>
      </w:r>
    </w:p>
    <w:p w:rsidR="001D3726" w:rsidRPr="00542F0A" w:rsidRDefault="00542F0A">
      <w:pPr>
        <w:tabs>
          <w:tab w:val="left" w:pos="180"/>
          <w:tab w:val="left" w:pos="420"/>
        </w:tabs>
        <w:autoSpaceDE w:val="0"/>
        <w:autoSpaceDN w:val="0"/>
        <w:spacing w:before="324" w:after="0" w:line="348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освоения программы начального общего образования должны отражать: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познавательными действиями: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 базовые логические действия: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объекты, устанавливать основания для сравнения, устанавливать аналогии;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определенному признаку;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существенный признак для классификации, классифицировать предложенные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объекты;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предложенного педагогическим работником алгоритма;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недостаток информации для решения учебной (практической) задачи на основе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причинно-следственные связи в ситуациях, поддающихся непосредственному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наблюдению или знакомых по опыту, делать выводы.</w:t>
      </w:r>
    </w:p>
    <w:p w:rsidR="001D3726" w:rsidRPr="00542F0A" w:rsidRDefault="00542F0A">
      <w:pPr>
        <w:tabs>
          <w:tab w:val="left" w:pos="420"/>
        </w:tabs>
        <w:autoSpaceDE w:val="0"/>
        <w:autoSpaceDN w:val="0"/>
        <w:spacing w:before="178" w:after="0" w:line="338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 базовые исследовательские действия: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предложенных педагогическим работником вопросов;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 помощью педагогического работника формулировать цель, планировать изменения объекта,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ситуации;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предложенных критериев);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особенностей объекта изучения и связей между объектами (часть — целое, причина —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следствие);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проведенного наблюдения (опыта, измерения, классификации, сравнения, исследования);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процессов, событий и их последствия в аналогичных или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сходных ситуациях;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3)  работа с информацией: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 согласно заданному алгоритму находить в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98" w:right="744" w:bottom="324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66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331" w:lineRule="auto"/>
        <w:ind w:left="24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предложенном источнике информацию, представленную в явном виде;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(педагогических работников, родителей (законных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представителей) несовершеннолетних обучающихся) правила информационной безопасности при поиске информации в сети Интернет;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звуковую, информацию в соответствии с учебной задачей;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1D3726" w:rsidRPr="00542F0A" w:rsidRDefault="00542F0A">
      <w:pPr>
        <w:tabs>
          <w:tab w:val="left" w:pos="240"/>
        </w:tabs>
        <w:autoSpaceDE w:val="0"/>
        <w:autoSpaceDN w:val="0"/>
        <w:spacing w:before="300" w:after="0" w:line="355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коммуникативными действиями: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 общение: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условиями общения в знакомой среде;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дискуссии;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корректно и аргументированно высказывать своё мнение;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строить речевое высказывание в соответствии с поставленной задачей;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готовить небольшие публичные выступления; подбирать иллюстративный материал (рисунки,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фото, плакаты) к тексту выступления.</w:t>
      </w:r>
    </w:p>
    <w:p w:rsidR="001D3726" w:rsidRPr="00542F0A" w:rsidRDefault="00542F0A">
      <w:pPr>
        <w:autoSpaceDE w:val="0"/>
        <w:autoSpaceDN w:val="0"/>
        <w:spacing w:before="178" w:after="0" w:line="338" w:lineRule="auto"/>
        <w:ind w:left="240" w:right="144" w:hanging="24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 совместная деятельность: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—  проявлять готовность руководить, выполнять поручения, подчиняться; ответственно выполнять свою часть работы;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свой вклад в общий результат;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1D3726" w:rsidRPr="00542F0A" w:rsidRDefault="00542F0A">
      <w:pPr>
        <w:tabs>
          <w:tab w:val="left" w:pos="240"/>
        </w:tabs>
        <w:autoSpaceDE w:val="0"/>
        <w:autoSpaceDN w:val="0"/>
        <w:spacing w:before="298" w:after="0" w:line="365" w:lineRule="auto"/>
        <w:ind w:right="1584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действиями: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 самоорганизация: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действия по решению учебной задачи для получения результата;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выстраивать последовательность выбранных действий;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 самоконтроль: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причины успеха/неудач учебной деятельности; 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86" w:right="708" w:bottom="378" w:left="846" w:header="720" w:footer="720" w:gutter="0"/>
          <w:cols w:space="720" w:equalWidth="0">
            <w:col w:w="10346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66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1D3726" w:rsidRPr="00542F0A" w:rsidRDefault="00542F0A">
      <w:pPr>
        <w:autoSpaceDE w:val="0"/>
        <w:autoSpaceDN w:val="0"/>
        <w:spacing w:before="322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1D3726" w:rsidRPr="00542F0A" w:rsidRDefault="00542F0A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по учебному предмету «Иностранный (немецкий) язык» предметной области 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 компетенции  на  элементарном  уровне в совокупности ее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составляющих — речевой, языковой, социокультурной, компенсаторной, метапредметной (учебно-познавательной).</w:t>
      </w:r>
    </w:p>
    <w:p w:rsidR="001D3726" w:rsidRPr="00542F0A" w:rsidRDefault="00542F0A">
      <w:pPr>
        <w:autoSpaceDE w:val="0"/>
        <w:autoSpaceDN w:val="0"/>
        <w:spacing w:before="264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1D3726" w:rsidRPr="00542F0A" w:rsidRDefault="00542F0A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Говорение</w:t>
      </w:r>
    </w:p>
    <w:p w:rsidR="001D3726" w:rsidRPr="00542F0A" w:rsidRDefault="00542F0A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вести разные виды диалогов (диалог этикетного характера, диалог-побуждение, диалог-расспрос, диалог-разговор по телефону) на основе вербальных и/или зрительных опор, с соблюдением норм речевого этикета, принятого в стране/странах изучаемого языка (до 5 реплик со стороны каждого собеседника); </w:t>
      </w:r>
    </w:p>
    <w:p w:rsidR="001D3726" w:rsidRPr="00542F0A" w:rsidRDefault="00542F0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связные монологические высказывания (описание, рассуждение;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5 фраз); 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пересказывать основное содержание прочитанного текста с вербальными и/или зрительными опорами; 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устно излагать результаты выполненного проектного задания (объём монологического высказывания — не менее 5 фраз).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Аудирование</w:t>
      </w:r>
    </w:p>
    <w:p w:rsidR="001D3726" w:rsidRPr="00542F0A" w:rsidRDefault="00542F0A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на слух и понимать речь учителя и одноклассников, вербально/невербально реагировать на услышанное; </w:t>
      </w:r>
    </w:p>
    <w:p w:rsidR="001D3726" w:rsidRPr="00542F0A" w:rsidRDefault="00542F0A">
      <w:pPr>
        <w:autoSpaceDE w:val="0"/>
        <w:autoSpaceDN w:val="0"/>
        <w:spacing w:before="190" w:after="0" w:line="283" w:lineRule="auto"/>
        <w:ind w:left="420" w:right="288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Смысловое чтение</w:t>
      </w:r>
    </w:p>
    <w:p w:rsidR="001D3726" w:rsidRPr="00542F0A" w:rsidRDefault="00542F0A">
      <w:pPr>
        <w:autoSpaceDE w:val="0"/>
        <w:autoSpaceDN w:val="0"/>
        <w:spacing w:before="178" w:after="0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вслух и понимать учебные и адаптированные аутентичные тексты объёмом до 67 слов, построенные на изученном языковом материале, с соблюдением правил чтения и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соответствующей интонацией, обеспечивая тем самым адекватное восприятие читаемого слушателями; </w:t>
      </w:r>
    </w:p>
    <w:p w:rsidR="001D3726" w:rsidRPr="00542F0A" w:rsidRDefault="00542F0A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про себя и понимать учебные и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 (объём  текста/текстов  для  чтения  —  до 160 слов); 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86" w:right="660" w:bottom="392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108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262" w:lineRule="auto"/>
        <w:ind w:left="420" w:right="1152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читать про себя несплошные тексты (таблицы) и понимать представленную в них информацию.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Письмо</w:t>
      </w:r>
    </w:p>
    <w:p w:rsidR="001D3726" w:rsidRPr="00542F0A" w:rsidRDefault="00542F0A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заполнять анкеты и формуляры, сообщая о себе основные сведения (имя, фамилия, возраст, место жительства (страна проживания, город), любимые занятия, домашний питомец и т. д.), в соответствии с нормами, принятыми в стране/странах изучаемого языка;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писать с опорой на образец короткие поздравления с праздниками с выражением пожелания; 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писать с опорой на образец электронное сообщение личного характера (объём сообщения —до 50 слов).</w:t>
      </w:r>
    </w:p>
    <w:p w:rsidR="001D3726" w:rsidRPr="00542F0A" w:rsidRDefault="00542F0A">
      <w:pPr>
        <w:autoSpaceDE w:val="0"/>
        <w:autoSpaceDN w:val="0"/>
        <w:spacing w:before="324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1D3726" w:rsidRPr="00542F0A" w:rsidRDefault="00542F0A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Фонетическая сторона речи</w:t>
      </w:r>
    </w:p>
    <w:p w:rsidR="001D3726" w:rsidRPr="00542F0A" w:rsidRDefault="00542F0A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на слух и адекватно, без ошибок произносить слова с правильным ударением и фразы с соблюдением их ритмико-интонационных особенностей; 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слова согласно основным правилам чтения.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Графика, орфография и пунктуация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правильно писать изученные слова; 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правильно расставлять знаки препинания (точку, вопросительный и восклицательный знаки в конце предложения, запятая при перечислении).</w:t>
      </w:r>
    </w:p>
    <w:p w:rsidR="001D3726" w:rsidRPr="00542F0A" w:rsidRDefault="00542F0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Лексическая сторона речи</w:t>
      </w:r>
    </w:p>
    <w:p w:rsidR="001D3726" w:rsidRPr="00542F0A" w:rsidRDefault="00542F0A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для 4 класса, включая освоенные в предыдущий год обучения 350 лексических единиц; </w:t>
      </w:r>
    </w:p>
    <w:p w:rsidR="001D3726" w:rsidRPr="00542F0A" w:rsidRDefault="00542F0A">
      <w:pPr>
        <w:autoSpaceDE w:val="0"/>
        <w:autoSpaceDN w:val="0"/>
        <w:spacing w:before="190" w:after="0"/>
        <w:ind w:left="420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родственные слова, образованные с использованием аффиксации (существительные с суффиксами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Arbeiter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Lehrerin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, порядковые числительные с суффиксами -</w:t>
      </w:r>
      <w:r>
        <w:rPr>
          <w:rFonts w:ascii="Times New Roman" w:eastAsia="Times New Roman" w:hAnsi="Times New Roman"/>
          <w:color w:val="000000"/>
          <w:sz w:val="24"/>
        </w:rPr>
        <w:t>te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,  -</w:t>
      </w:r>
      <w:r>
        <w:rPr>
          <w:rFonts w:ascii="Times New Roman" w:eastAsia="Times New Roman" w:hAnsi="Times New Roman"/>
          <w:color w:val="000000"/>
          <w:sz w:val="24"/>
        </w:rPr>
        <w:t>ste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) и словосложения (</w:t>
      </w:r>
      <w:r>
        <w:rPr>
          <w:rFonts w:ascii="Times New Roman" w:eastAsia="Times New Roman" w:hAnsi="Times New Roman"/>
          <w:color w:val="000000"/>
          <w:sz w:val="24"/>
        </w:rPr>
        <w:t>Geburtstag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) в соответствии с решаемой коммуникативной задачей.</w:t>
      </w:r>
    </w:p>
    <w:p w:rsidR="001D3726" w:rsidRPr="00542F0A" w:rsidRDefault="00542F0A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542F0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Грамматическая сторона речи</w:t>
      </w:r>
    </w:p>
    <w:p w:rsidR="001D3726" w:rsidRPr="00542F0A" w:rsidRDefault="00542F0A">
      <w:pPr>
        <w:tabs>
          <w:tab w:val="left" w:pos="180"/>
        </w:tabs>
        <w:autoSpaceDE w:val="0"/>
        <w:autoSpaceDN w:val="0"/>
        <w:spacing w:before="190" w:after="0" w:line="286" w:lineRule="auto"/>
        <w:ind w:right="720"/>
        <w:rPr>
          <w:lang w:val="ru-RU"/>
        </w:rPr>
      </w:pP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в письменном и звучащем тексте и употреблять в устной и письменной речи изученные синтаксические конструкции и морфологические формы немецкого языка: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простые предложения с однородными членами (союз </w:t>
      </w:r>
      <w:r>
        <w:rPr>
          <w:rFonts w:ascii="Times New Roman" w:eastAsia="Times New Roman" w:hAnsi="Times New Roman"/>
          <w:color w:val="000000"/>
          <w:sz w:val="24"/>
        </w:rPr>
        <w:t>oder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сложносочинённые предложения с сочинительными союза- ми </w:t>
      </w:r>
      <w:r>
        <w:rPr>
          <w:rFonts w:ascii="Times New Roman" w:eastAsia="Times New Roman" w:hAnsi="Times New Roman"/>
          <w:color w:val="000000"/>
          <w:sz w:val="24"/>
        </w:rPr>
        <w:t>und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aber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oder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denn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модальный глагол </w:t>
      </w:r>
      <w:r>
        <w:rPr>
          <w:rFonts w:ascii="Times New Roman" w:eastAsia="Times New Roman" w:hAnsi="Times New Roman"/>
          <w:color w:val="000000"/>
          <w:sz w:val="24"/>
        </w:rPr>
        <w:t>wollen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 (в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прилагательные в положительной, сравнительной и превосходной степенях сравнения;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личные местоимения в винительном и дательном падежах (в некоторых речевых образцах); </w:t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указательные местоимения </w:t>
      </w:r>
      <w:r>
        <w:rPr>
          <w:rFonts w:ascii="Times New Roman" w:eastAsia="Times New Roman" w:hAnsi="Times New Roman"/>
          <w:color w:val="000000"/>
          <w:sz w:val="24"/>
        </w:rPr>
        <w:t>dieser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dieses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diese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количественные (до 100) и порядковые (до 31) числительные; </w:t>
      </w:r>
      <w:r w:rsidRPr="00542F0A">
        <w:rPr>
          <w:lang w:val="ru-RU"/>
        </w:rPr>
        <w:br/>
      </w:r>
      <w:r w:rsidRPr="00542F0A">
        <w:rPr>
          <w:lang w:val="ru-RU"/>
        </w:rPr>
        <w:tab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предлоги 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mit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um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 (в некоторых речевых образцах).</w:t>
      </w:r>
    </w:p>
    <w:p w:rsidR="001D3726" w:rsidRPr="00542F0A" w:rsidRDefault="00542F0A">
      <w:pPr>
        <w:autoSpaceDE w:val="0"/>
        <w:autoSpaceDN w:val="0"/>
        <w:spacing w:before="262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328" w:right="790" w:bottom="512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108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271" w:lineRule="auto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некоторые социокультурные элементы речевого поведенческого этикета, принятого в стране/странах изучаемого языка, в различных ситуациях общения: приветствие, знакомство, выражение благодарности, извинение, поздравление, разговор по телефону);</w:t>
      </w:r>
    </w:p>
    <w:p w:rsidR="001D3726" w:rsidRPr="00542F0A" w:rsidRDefault="00542F0A">
      <w:pPr>
        <w:autoSpaceDE w:val="0"/>
        <w:autoSpaceDN w:val="0"/>
        <w:spacing w:before="190" w:after="0" w:line="230" w:lineRule="auto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кратко рассказывать о России и стране/странах изучаемого языка;</w:t>
      </w:r>
    </w:p>
    <w:p w:rsidR="001D3726" w:rsidRPr="00542F0A" w:rsidRDefault="00542F0A">
      <w:pPr>
        <w:autoSpaceDE w:val="0"/>
        <w:autoSpaceDN w:val="0"/>
        <w:spacing w:before="190" w:after="0" w:line="262" w:lineRule="auto"/>
        <w:rPr>
          <w:lang w:val="ru-RU"/>
        </w:rPr>
      </w:pP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двуязычные словари, словари в картинках и другие справочные материалы, включая ресурсы сети Интернет.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328" w:right="1176" w:bottom="1440" w:left="1086" w:header="720" w:footer="720" w:gutter="0"/>
          <w:cols w:space="720" w:equalWidth="0">
            <w:col w:w="9638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64" w:line="220" w:lineRule="exact"/>
        <w:rPr>
          <w:lang w:val="ru-RU"/>
        </w:rPr>
      </w:pPr>
    </w:p>
    <w:p w:rsidR="001D3726" w:rsidRDefault="00542F0A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5008"/>
        <w:gridCol w:w="528"/>
        <w:gridCol w:w="1104"/>
        <w:gridCol w:w="1140"/>
        <w:gridCol w:w="1010"/>
        <w:gridCol w:w="1608"/>
        <w:gridCol w:w="2282"/>
        <w:gridCol w:w="2426"/>
      </w:tblGrid>
      <w:tr w:rsidR="001D3726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1D3726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</w:tr>
      <w:tr w:rsidR="001D372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Мир моего «я».</w:t>
            </w:r>
          </w:p>
        </w:tc>
      </w:tr>
      <w:tr w:rsidR="001D3726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0" w:after="0" w:line="233" w:lineRule="auto"/>
              <w:ind w:left="108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Моя семья.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8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02.09.2022 09.09.2022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8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день рождения, подарки.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13.09.2022 23.09.2022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Моя любимая еда.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30.09.2022 11.10.2022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 и пунктуация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348"/>
        </w:trPr>
        <w:tc>
          <w:tcPr>
            <w:tcW w:w="5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</w:tr>
      <w:tr w:rsidR="001D372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2. Мир моих увлечений. 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Любимая игрушка, игра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14.10.2022 18.10.2022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юбимый цвет.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8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Мой питомец.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Любимые занятия.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28.10.2022 11.11.2022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Занятия спортом.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14.11.2022 25.11.2022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Социокультурные знания и умения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Самооценка с использованием«Оценочного листа»;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Любимая сказка/ история/рассказ.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Выходной день (в цирке, в зоопарке, парке).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02.12.2022 06.12.2022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Каникулы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09.12.2022 13.12.2022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348"/>
        </w:trPr>
        <w:tc>
          <w:tcPr>
            <w:tcW w:w="5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</w:tr>
      <w:tr w:rsidR="001D3726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Мир вокруг меня.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комната (квартира, дом), предметы интерьера.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16.12.2022 23.12.2022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65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Моя школа, любимые учебные предметы.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27.12.2022 17.01.2023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6840" w:h="11900"/>
          <w:pgMar w:top="282" w:right="640" w:bottom="4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5008"/>
        <w:gridCol w:w="528"/>
        <w:gridCol w:w="1104"/>
        <w:gridCol w:w="1140"/>
        <w:gridCol w:w="1010"/>
        <w:gridCol w:w="1608"/>
        <w:gridCol w:w="2282"/>
        <w:gridCol w:w="2426"/>
      </w:tblGrid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Мои друзья, их внешность, черты характера.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20.01.2023 27.01.2023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 и пунктуация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малая родина (город, село).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31.01.2023 10.02.2023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Путешествия.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14.02.2023 21.02.2023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0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4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Дикие и домашние животные.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24.02.2023 03.03.2023</w:t>
            </w:r>
          </w:p>
        </w:tc>
        <w:tc>
          <w:tcPr>
            <w:tcW w:w="16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Лексическая сторона речи ;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4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6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Погода. Времена года (месяцы).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Грамматическая сторона речи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Покупки (одежда, обувь, книги, основные продукты питания)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10.03.2023 17.03.2023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348"/>
        </w:trPr>
        <w:tc>
          <w:tcPr>
            <w:tcW w:w="5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</w:tr>
      <w:tr w:rsidR="001D3726" w:rsidRPr="0057504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4. Родная страна и стра- ны изучаемого языка.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54" w:after="0" w:line="245" w:lineRule="auto"/>
              <w:ind w:left="72" w:right="288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Россия и страна/  страны  изучаемого  языка. Их столицы, основные достопримечательности и интересные факты.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31.03.2023 11.04.2023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5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детского фольклора.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14.04.2023 25.04.2023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5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Персонажи детских книг.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28.04.2023 12.05.2023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Лексическая сторона речи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16.05.2023 26.05.2023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Социокультурные знания и умения 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1D3726">
        <w:trPr>
          <w:trHeight w:hRule="exact" w:val="348"/>
        </w:trPr>
        <w:tc>
          <w:tcPr>
            <w:tcW w:w="5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</w:tr>
      <w:tr w:rsidR="001D3726">
        <w:trPr>
          <w:trHeight w:hRule="exact" w:val="328"/>
        </w:trPr>
        <w:tc>
          <w:tcPr>
            <w:tcW w:w="5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7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78" w:line="220" w:lineRule="exact"/>
      </w:pPr>
    </w:p>
    <w:p w:rsidR="001D3726" w:rsidRDefault="00542F0A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1D372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1D3726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726" w:rsidRDefault="001D3726"/>
        </w:tc>
      </w:tr>
      <w:tr w:rsidR="001D37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Моя семья.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Семейный фотоальбом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Моя семья.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D3726">
        <w:trPr>
          <w:trHeight w:hRule="exact" w:val="1166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моего «я». Мой день рождения, подарки.</w:t>
            </w:r>
          </w:p>
          <w:p w:rsidR="001D3726" w:rsidRDefault="00542F0A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Подготовка к празднику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Мой день рождения, подарки. Что я люблю есть на день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рождения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моего «я». Мой день рождения, подарки.</w:t>
            </w:r>
          </w:p>
          <w:p w:rsidR="001D3726" w:rsidRDefault="00542F0A">
            <w:pPr>
              <w:autoSpaceDE w:val="0"/>
              <w:autoSpaceDN w:val="0"/>
              <w:spacing w:before="7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Пишем приглашение на праздник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71" w:lineRule="auto"/>
              <w:ind w:left="72" w:right="84"/>
              <w:jc w:val="both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моего «я». Моя семья. Моя бабушка рассказывает о детстве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Моя семья.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Мое детство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Моя семья.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Моя любимая еда.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83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Мой день (распорядок дня,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домашние обязанности).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я делаю в каждый день недели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Моя семья.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Домашние обязанности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04.10.2022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1D372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Мой день (распорядок дня,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домашние обязанности).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Домашние обязанности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1900" w:h="16840"/>
          <w:pgMar w:top="298" w:right="650" w:bottom="7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Мой день (распорядок дня,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домашние обязанности).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Чем я занимаюсь дома?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Выходной день (в цирке, в зоопарке, парке).</w:t>
            </w:r>
          </w:p>
          <w:p w:rsidR="001D3726" w:rsidRDefault="00542F0A">
            <w:pPr>
              <w:autoSpaceDE w:val="0"/>
              <w:autoSpaceDN w:val="0"/>
              <w:spacing w:before="7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Выходной день в зоопарке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1D3726" w:rsidRPr="00542F0A" w:rsidRDefault="00542F0A">
            <w:pPr>
              <w:autoSpaceDE w:val="0"/>
              <w:autoSpaceDN w:val="0"/>
              <w:spacing w:before="72" w:after="0" w:line="262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Выходной день (в цирке, в зоопарке, парке).</w:t>
            </w:r>
          </w:p>
          <w:p w:rsidR="001D3726" w:rsidRDefault="00542F0A">
            <w:pPr>
              <w:autoSpaceDE w:val="0"/>
              <w:autoSpaceDN w:val="0"/>
              <w:spacing w:before="7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Выходной день в зоопарке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контроль. Мир моих увлечений. Каникулы Мой день на каникулах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1D3726" w:rsidRDefault="00542F0A">
            <w:pPr>
              <w:autoSpaceDE w:val="0"/>
              <w:autoSpaceDN w:val="0"/>
              <w:spacing w:before="70" w:after="0" w:line="262" w:lineRule="auto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Занятия спортом.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Спорт в моей жизни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 Занятия спортом. Виды спорта, популярные в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Занятия спортом. Виды спорта, популярные в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немецкоязычных странах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D3726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1D3726" w:rsidRPr="00542F0A" w:rsidRDefault="00542F0A">
            <w:pPr>
              <w:autoSpaceDE w:val="0"/>
              <w:autoSpaceDN w:val="0"/>
              <w:spacing w:before="72" w:after="0" w:line="262" w:lineRule="auto"/>
              <w:ind w:right="144"/>
              <w:jc w:val="center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Любимые занятия. Что я умею делать лучше всего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71" w:lineRule="auto"/>
              <w:ind w:left="72" w:right="576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Занятия спортом.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Мой любимый вид 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 Любимые занятия.</w:t>
            </w:r>
          </w:p>
          <w:p w:rsidR="001D3726" w:rsidRDefault="00542F0A">
            <w:pPr>
              <w:autoSpaceDE w:val="0"/>
              <w:autoSpaceDN w:val="0"/>
              <w:spacing w:before="7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Традиционная русская игра - лапта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D3726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1D3726" w:rsidRDefault="00542F0A">
            <w:pPr>
              <w:autoSpaceDE w:val="0"/>
              <w:autoSpaceDN w:val="0"/>
              <w:spacing w:before="70" w:after="0" w:line="262" w:lineRule="auto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Занятия спортом.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Занятия спортом с друзьями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1900" w:h="16840"/>
          <w:pgMar w:top="284" w:right="650" w:bottom="5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Любимые занятия.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Занятия спортом.</w:t>
            </w:r>
          </w:p>
          <w:p w:rsidR="001D3726" w:rsidRDefault="00542F0A">
            <w:pPr>
              <w:autoSpaceDE w:val="0"/>
              <w:autoSpaceDN w:val="0"/>
              <w:spacing w:before="7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контроль. Мир моих увлечений.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Любимая игрушка, игра.</w:t>
            </w:r>
          </w:p>
          <w:p w:rsidR="001D3726" w:rsidRPr="00542F0A" w:rsidRDefault="00542F0A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Настольные игры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Любимая сказка/ история/ рассказ. Книги обо всем на свете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</w:t>
            </w:r>
          </w:p>
          <w:p w:rsidR="001D3726" w:rsidRDefault="00542F0A">
            <w:pPr>
              <w:autoSpaceDE w:val="0"/>
              <w:autoSpaceDN w:val="0"/>
              <w:spacing w:before="70" w:after="0" w:line="271" w:lineRule="auto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Любимая сказка/ история/ рассказ.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Книги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компьютеры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 Любимый рассказ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Путешествием по городу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Путешествия. Отдых летом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меня.Покупки (одежда, обувь, книги,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продукты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питания) В магазине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одежды и обуви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школа, любимые учебные предметы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любимые учебные предметы.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Школьные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принадлежности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D3726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любимые учебные предметы.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Мои учителя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1D372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любимые учебные предметы. Школьные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оценки в России и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1D3726" w:rsidRPr="0057504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любимые учебные предметы.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Здание школы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D372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любимые учебные предметы.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Школьные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малая родина (город, село).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Фрукты и овощи в саду Повторение и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дом), предметы интерьера.</w:t>
            </w:r>
          </w:p>
          <w:p w:rsidR="001D3726" w:rsidRDefault="00542F0A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 для дома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Дикие и домашние животные.</w:t>
            </w:r>
          </w:p>
          <w:p w:rsidR="001D3726" w:rsidRDefault="00542F0A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Окружающий мир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малая родина (город, село).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62" w:lineRule="auto"/>
              <w:ind w:right="288"/>
              <w:jc w:val="center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 родной страны Повторение и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1D372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малая родина (город, село).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62" w:lineRule="auto"/>
              <w:ind w:right="288"/>
              <w:jc w:val="center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 родной страны Повторение и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D37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Сортируем мусор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Мир вокруг меня. Дикие и домашние животные.</w:t>
            </w:r>
          </w:p>
          <w:p w:rsidR="001D3726" w:rsidRDefault="00542F0A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 Красной книги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1D372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малая родина (город, село).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я могу сделать для природы?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1900" w:h="16840"/>
          <w:pgMar w:top="284" w:right="650" w:bottom="3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Дикие и домашние животные.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Кто где обитает?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 w:rsidRPr="00575040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Моя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любимые учебные предметы. Чем я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занимаюсь в школе?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листа»;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ВПР;</w:t>
            </w:r>
          </w:p>
        </w:tc>
      </w:tr>
      <w:tr w:rsidR="001D37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</w:t>
            </w:r>
          </w:p>
          <w:p w:rsidR="001D3726" w:rsidRPr="00542F0A" w:rsidRDefault="00542F0A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Разрешено - запрещено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D3726">
        <w:trPr>
          <w:trHeight w:hRule="exact" w:val="183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81" w:lineRule="auto"/>
              <w:ind w:left="7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Покупки (одежда, обувь, книги,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продукты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питания).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 покупками на рынок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Дикие и домашние животные.</w:t>
            </w:r>
          </w:p>
          <w:p w:rsidR="001D3726" w:rsidRDefault="00542F0A">
            <w:pPr>
              <w:autoSpaceDE w:val="0"/>
              <w:autoSpaceDN w:val="0"/>
              <w:spacing w:before="7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Удивительные животные вокруг нас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Погода. Времена года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Погода. Бережное отношение к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планете Земля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D372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Погода. Наша планета.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Космос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и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31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100" w:after="0" w:line="283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основные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Интересные музеи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1900" w:h="16840"/>
          <w:pgMar w:top="284" w:right="650" w:bottom="13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1D3726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основные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Интересные музеи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</w:t>
            </w:r>
          </w:p>
          <w:p w:rsidR="001D3726" w:rsidRDefault="00542F0A">
            <w:pPr>
              <w:autoSpaceDE w:val="0"/>
              <w:autoSpaceDN w:val="0"/>
              <w:spacing w:before="72" w:after="0" w:line="281" w:lineRule="auto"/>
              <w:ind w:left="72" w:right="43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Персонажи детских книг.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любимые сказочные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персонажи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 w:rsidRPr="00575040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</w:t>
            </w:r>
          </w:p>
          <w:p w:rsidR="001D3726" w:rsidRDefault="00542F0A">
            <w:pPr>
              <w:autoSpaceDE w:val="0"/>
              <w:autoSpaceDN w:val="0"/>
              <w:spacing w:before="70" w:after="0"/>
              <w:ind w:left="7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страны/стран 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Праздник урожая в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D3726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86" w:lineRule="auto"/>
              <w:ind w:left="7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столицы, основные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 и интересные факты. Остров Рюген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D3726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86" w:lineRule="auto"/>
              <w:ind w:left="72" w:right="144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столицы, основные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 и интересные факты. Озеро Байкал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изучаемого языка.</w:t>
            </w:r>
          </w:p>
          <w:p w:rsidR="001D3726" w:rsidRDefault="00542F0A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Персонажи детских книг.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1900" w:h="16840"/>
          <w:pgMar w:top="284" w:right="650" w:bottom="6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1D3726" w:rsidRPr="00575040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основные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факты. Здесь говорят по-немецки!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D3726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основные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Крупные города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основные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Открытки со всего мира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D3726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изучаемого языка.</w:t>
            </w:r>
          </w:p>
          <w:p w:rsidR="001D3726" w:rsidRDefault="00542F0A">
            <w:pPr>
              <w:autoSpaceDE w:val="0"/>
              <w:autoSpaceDN w:val="0"/>
              <w:spacing w:before="70" w:after="0" w:line="278" w:lineRule="auto"/>
              <w:ind w:left="72"/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страны/стран изучаемого 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Пасхальные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традиции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D3726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изучаемого языка. Их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столицы, основные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Крупные города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1900" w:h="16840"/>
          <w:pgMar w:top="284" w:right="650" w:bottom="10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1D3726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изучаемого языка.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языка. Главные российские праздники Повторение и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D3726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страна/ страны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изучаемого языка.</w:t>
            </w:r>
          </w:p>
          <w:p w:rsidR="001D3726" w:rsidRPr="00542F0A" w:rsidRDefault="00542F0A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языка. Главные немецкие праздники Повторение и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1D3726" w:rsidRPr="00575040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75040" w:rsidRDefault="00575040" w:rsidP="00575040">
            <w:pPr>
              <w:autoSpaceDE w:val="0"/>
              <w:autoSpaceDN w:val="0"/>
              <w:spacing w:before="98" w:after="0" w:line="280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Родная страна и страны изучаемого языка. Россия и страна/ страны изучаемого языка. Их столицы, основные достопримечательности и интересные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факты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>личная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еда в Германии Повторение и контроль</w:t>
            </w:r>
          </w:p>
          <w:p w:rsidR="001D3726" w:rsidRPr="00542F0A" w:rsidRDefault="001D3726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542F0A">
              <w:rPr>
                <w:lang w:val="ru-RU"/>
              </w:rPr>
              <w:br/>
            </w: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D3726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Pr="00542F0A" w:rsidRDefault="00542F0A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542F0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542F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3726" w:rsidRDefault="001D3726"/>
        </w:tc>
      </w:tr>
    </w:tbl>
    <w:p w:rsidR="001D3726" w:rsidRDefault="001D3726">
      <w:pPr>
        <w:autoSpaceDE w:val="0"/>
        <w:autoSpaceDN w:val="0"/>
        <w:spacing w:after="0" w:line="14" w:lineRule="exact"/>
      </w:pPr>
    </w:p>
    <w:p w:rsidR="001D3726" w:rsidRDefault="001D3726">
      <w:pPr>
        <w:sectPr w:rsidR="001D372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Default="001D3726">
      <w:pPr>
        <w:autoSpaceDE w:val="0"/>
        <w:autoSpaceDN w:val="0"/>
        <w:spacing w:after="78" w:line="220" w:lineRule="exact"/>
      </w:pPr>
    </w:p>
    <w:p w:rsidR="001D3726" w:rsidRDefault="00542F0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1D3726" w:rsidRPr="00542F0A" w:rsidRDefault="00542F0A">
      <w:pPr>
        <w:autoSpaceDE w:val="0"/>
        <w:autoSpaceDN w:val="0"/>
        <w:spacing w:before="346" w:after="0" w:line="298" w:lineRule="auto"/>
        <w:ind w:right="288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 xml:space="preserve">Бим И.Л., Рыжова Л.И.,Немецкий язык (в 2 частях), 4 класс, Акционерное общество "Издательство "Просвещение";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1D3726" w:rsidRPr="00542F0A" w:rsidRDefault="00542F0A">
      <w:pPr>
        <w:autoSpaceDE w:val="0"/>
        <w:autoSpaceDN w:val="0"/>
        <w:spacing w:before="262" w:after="0" w:line="302" w:lineRule="auto"/>
        <w:ind w:right="2160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УМК Немецкий язык 4 класс И.Л.Бим 2ч. , методические материалы для учителя</w:t>
      </w:r>
    </w:p>
    <w:p w:rsidR="001D3726" w:rsidRPr="00542F0A" w:rsidRDefault="00542F0A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542F0A">
        <w:rPr>
          <w:rFonts w:ascii="Times New Roman" w:eastAsia="Times New Roman" w:hAnsi="Times New Roman"/>
          <w:color w:val="000000"/>
          <w:sz w:val="24"/>
          <w:lang w:val="ru-RU"/>
        </w:rPr>
        <w:t>реш, учи.ру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3726" w:rsidRPr="00542F0A" w:rsidRDefault="001D3726">
      <w:pPr>
        <w:autoSpaceDE w:val="0"/>
        <w:autoSpaceDN w:val="0"/>
        <w:spacing w:after="78" w:line="220" w:lineRule="exact"/>
        <w:rPr>
          <w:lang w:val="ru-RU"/>
        </w:rPr>
      </w:pPr>
    </w:p>
    <w:p w:rsidR="001D3726" w:rsidRPr="00542F0A" w:rsidRDefault="00542F0A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542F0A">
        <w:rPr>
          <w:lang w:val="ru-RU"/>
        </w:rPr>
        <w:br/>
      </w:r>
      <w:r w:rsidRPr="00542F0A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1D3726" w:rsidRPr="00542F0A" w:rsidRDefault="001D3726">
      <w:pPr>
        <w:rPr>
          <w:lang w:val="ru-RU"/>
        </w:rPr>
        <w:sectPr w:rsidR="001D3726" w:rsidRPr="00542F0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765F" w:rsidRPr="00542F0A" w:rsidRDefault="000C765F">
      <w:pPr>
        <w:rPr>
          <w:lang w:val="ru-RU"/>
        </w:rPr>
      </w:pPr>
    </w:p>
    <w:sectPr w:rsidR="000C765F" w:rsidRPr="00542F0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765F"/>
    <w:rsid w:val="0015074B"/>
    <w:rsid w:val="001D3726"/>
    <w:rsid w:val="0029639D"/>
    <w:rsid w:val="00326F90"/>
    <w:rsid w:val="00542F0A"/>
    <w:rsid w:val="00575040"/>
    <w:rsid w:val="00820C5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42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42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42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42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CD6AF7-5270-4BA6-B818-C33B42E11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26</Pages>
  <Words>5900</Words>
  <Characters>33636</Characters>
  <Application>Microsoft Office Word</Application>
  <DocSecurity>0</DocSecurity>
  <Lines>280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39458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User1</cp:lastModifiedBy>
  <cp:revision>4</cp:revision>
  <cp:lastPrinted>2022-07-11T05:53:00Z</cp:lastPrinted>
  <dcterms:created xsi:type="dcterms:W3CDTF">2013-12-23T23:15:00Z</dcterms:created>
  <dcterms:modified xsi:type="dcterms:W3CDTF">2022-09-12T16:55:00Z</dcterms:modified>
  <cp:category/>
</cp:coreProperties>
</file>